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YOUR NAME COASTCARE</w:t>
      </w:r>
    </w:p>
    <w:p>
      <w:pPr>
        <w:pStyle w:val="Title"/>
      </w:pPr>
      <w:r>
        <w:t>Project Report Title</w:t>
      </w:r>
    </w:p>
    <w:p>
      <w:pPr>
        <w:pStyle w:val="Lead"/>
      </w:pPr>
      <w:r>
        <w:t>Short report summary, place, project period, and core outcome.</w:t>
      </w:r>
    </w:p>
    <w:p>
      <w:pPr>
        <w:pStyle w:val="Heading1"/>
      </w:pPr>
      <w:r>
        <w:t>Purpose</w:t>
      </w:r>
    </w:p>
    <w:p>
      <w:pPr/>
      <w:r>
        <w:t>State why the report exists and what decision or record it supports.</w:t>
      </w:r>
    </w:p>
    <w:p>
      <w:pPr>
        <w:pStyle w:val="Heading1"/>
      </w:pPr>
      <w:r>
        <w:t>Context</w:t>
      </w:r>
    </w:p>
    <w:p>
      <w:pPr/>
      <w:r>
        <w:t>Describe the place, partners, community, land, water, species, or issue involved.</w:t>
      </w:r>
    </w:p>
    <w:p>
      <w:pPr>
        <w:pStyle w:val="Heading1"/>
      </w:pPr>
      <w:r>
        <w:t>Activities</w:t>
      </w:r>
    </w:p>
    <w:p>
      <w:pPr/>
      <w:r>
        <w:t>Summarise the work completed using clear actions and dates where helpful.</w:t>
      </w:r>
    </w:p>
    <w:p>
      <w:pPr>
        <w:pStyle w:val="Heading1"/>
      </w:pPr>
      <w:r>
        <w:t>Outcomes</w:t>
      </w:r>
    </w:p>
    <w:p>
      <w:pPr/>
      <w:r>
        <w:t>Describe the observed or expected outcomes. Use tables only for structured data.</w:t>
      </w:r>
    </w:p>
    <w:p>
      <w:pPr>
        <w:pStyle w:val="Heading1"/>
      </w:pPr>
      <w:r>
        <w:t>Next Steps</w:t>
      </w:r>
    </w:p>
    <w:p>
      <w:pPr/>
      <w:r>
        <w:t>List the practical next actions, owners, dates, or follow-up requirements.</w:t>
      </w:r>
    </w:p>
    <w:p>
      <w:pPr>
        <w:pStyle w:val="Heading1"/>
      </w:pPr>
      <w:r>
        <w:t>Simple Register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Item</w:t>
            </w:r>
          </w:p>
        </w:tc>
        <w:tc>
          <w:tcPr>
            <w:tcW w:type="dxa" w:w="2381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Owner</w:t>
            </w:r>
          </w:p>
        </w:tc>
        <w:tc>
          <w:tcPr>
            <w:tcW w:type="dxa" w:w="2381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Due</w:t>
            </w:r>
          </w:p>
        </w:tc>
        <w:tc>
          <w:tcPr>
            <w:tcW w:type="dxa" w:w="2381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Status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action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Open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check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Complete</w:t>
            </w:r>
          </w:p>
        </w:tc>
      </w:tr>
    </w:tbl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COASTCARE REPORT STARTER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COASTCARE REPORT STARTER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COASTCARE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COASTCARE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005741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005741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Coastca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A84"/>
      </a:accent1>
      <a:accent2>
        <a:srgbClr val="005741"/>
      </a:accent2>
      <a:accent3>
        <a:srgbClr val="B1D2E2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