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COASTCARE OFFICE TEMPLATE</w:t>
      </w:r>
    </w:p>
    <w:p>
      <w:pPr>
        <w:pStyle w:val="Title"/>
      </w:pPr>
      <w:r>
        <w:t>Coastcare Document Styles</w:t>
      </w:r>
    </w:p>
    <w:p>
      <w:pPr>
        <w:pStyle w:val="Lead"/>
      </w:pPr>
      <w:r>
        <w:t>A starter Word template for typography hierarchy, page furniture, tables, lists, and print-oriented document rhythm.</w:t>
      </w:r>
    </w:p>
    <w:p>
      <w:pPr>
        <w:pStyle w:val="Heading1"/>
      </w:pPr>
      <w:r>
        <w:t>Typography Hierarchy</w:t>
      </w:r>
    </w:p>
    <w:p>
      <w:pPr>
        <w:pStyle w:val="Heading1"/>
      </w:pPr>
      <w:r>
        <w:t>Heading 1: Major section title</w:t>
      </w:r>
    </w:p>
    <w:p>
      <w:pPr>
        <w:pStyle w:val="Heading2"/>
      </w:pPr>
      <w:r>
        <w:t>Heading 2: Section heading</w:t>
      </w:r>
    </w:p>
    <w:p>
      <w:pPr>
        <w:pStyle w:val="Heading3"/>
      </w:pPr>
      <w:r>
        <w:t>Heading 3: Subsection heading</w:t>
      </w:r>
    </w:p>
    <w:p>
      <w:pPr>
        <w:pStyle w:val="Lead"/>
      </w:pPr>
      <w:r>
        <w:t>Lead paragraph: a short summary that explains the section.</w:t>
      </w:r>
    </w:p>
    <w:p>
      <w:pPr/>
      <w:r>
        <w:t>Body copy uses Open Sans, readable line spacing, and flush-left rag-right text.</w:t>
      </w:r>
    </w:p>
    <w:p>
      <w:pPr>
        <w:pStyle w:val="Caption"/>
      </w:pPr>
      <w:r>
        <w:t>Caption: source, credit, or compact annotation.</w:t>
      </w:r>
    </w:p>
    <w:p>
      <w:pPr>
        <w:pStyle w:val="Heading1"/>
      </w:pPr>
      <w:r>
        <w:t>Type Reference Table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c>
          <w:tcPr>
            <w:tcW w:type="dxa" w:w="1905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Role</w:t>
            </w:r>
          </w:p>
        </w:tc>
        <w:tc>
          <w:tcPr>
            <w:tcW w:type="dxa" w:w="1905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Digital</w:t>
            </w:r>
          </w:p>
        </w:tc>
        <w:tc>
          <w:tcPr>
            <w:tcW w:type="dxa" w:w="1905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Print</w:t>
            </w:r>
          </w:p>
        </w:tc>
        <w:tc>
          <w:tcPr>
            <w:tcW w:type="dxa" w:w="1905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Weight</w:t>
            </w:r>
          </w:p>
        </w:tc>
        <w:tc>
          <w:tcPr>
            <w:tcW w:type="dxa" w:w="1905"/>
            <w:shd w:fill="B1D2E2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Use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Display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clamp(56px, 8vw, 96px)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54-88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Campaign headline, poster title, major social tile statement, or first-read cover message.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H1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clamp(48px, 6.5vw, 84px)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40-60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Primary page, flyer, report, or template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H2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22-30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Major section heading in posters, flyers, reports, signage, and multi-panel layouts.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H3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18px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15-20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Subheading, card title, callout heading, or supporting module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Lead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16-22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Introductory copy, campaign summary, deck opener, or short poster explanation.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9.5-11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Readable body copy for flyers, brochures, reports, forms, and longer promotional text.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 Small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8-9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Dense notes, disclaimers, partner information, print metadata, and compact template copy.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Caption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13px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7.5-8.5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600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Captions, image credits, source notes, and small annotations.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Eyebrow / Metadata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7-8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Short metadata, campaign category, date/location label, or template section marker.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Button / Action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Call-to-action labels, QR-code prompts, sign-up links, and action panels.</w:t>
            </w:r>
          </w:p>
        </w:tc>
      </w:tr>
    </w:tbl>
    <w:p>
      <w:pPr>
        <w:pStyle w:val="Heading1"/>
      </w:pPr>
      <w:r>
        <w:t>Header And Footer</w:t>
      </w:r>
    </w:p>
    <w:p>
      <w:pPr/>
      <w:r>
        <w:t>Use the header and footer styles in this template as a practical starting point for Word documents. The design system should remain the source of truth for final values.</w:t>
      </w:r>
    </w:p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COASTCARE DOCUMENT STYLES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COASTCARE DOCUMENT STYLES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COASTCARE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COASTCARE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005741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005741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Coast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A84"/>
      </a:accent1>
      <a:accent2>
        <a:srgbClr val="005741"/>
      </a:accent2>
      <a:accent3>
        <a:srgbClr val="B1D2E2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